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8D" w:rsidRPr="00B46F8D" w:rsidRDefault="00B46F8D" w:rsidP="00B46F8D">
      <w:pPr>
        <w:pStyle w:val="Nagwek1"/>
        <w:jc w:val="center"/>
        <w:rPr>
          <w:color w:val="000000" w:themeColor="text1"/>
          <w:sz w:val="36"/>
        </w:rPr>
      </w:pPr>
      <w:proofErr w:type="spellStart"/>
      <w:r w:rsidRPr="00B46F8D">
        <w:rPr>
          <w:color w:val="000000" w:themeColor="text1"/>
          <w:sz w:val="36"/>
        </w:rPr>
        <w:t>Formularz</w:t>
      </w:r>
      <w:proofErr w:type="spellEnd"/>
      <w:r w:rsidRPr="00B46F8D">
        <w:rPr>
          <w:color w:val="000000" w:themeColor="text1"/>
          <w:sz w:val="36"/>
        </w:rPr>
        <w:t xml:space="preserve"> </w:t>
      </w:r>
      <w:proofErr w:type="spellStart"/>
      <w:r w:rsidRPr="00B46F8D">
        <w:rPr>
          <w:color w:val="000000" w:themeColor="text1"/>
          <w:sz w:val="36"/>
        </w:rPr>
        <w:t>zgłoszenia</w:t>
      </w:r>
      <w:proofErr w:type="spellEnd"/>
      <w:r w:rsidRPr="00B46F8D">
        <w:rPr>
          <w:color w:val="000000" w:themeColor="text1"/>
          <w:sz w:val="36"/>
        </w:rPr>
        <w:t xml:space="preserve"> </w:t>
      </w:r>
      <w:proofErr w:type="spellStart"/>
      <w:r w:rsidRPr="00B46F8D">
        <w:rPr>
          <w:color w:val="000000" w:themeColor="text1"/>
          <w:sz w:val="36"/>
        </w:rPr>
        <w:t>reklamacji</w:t>
      </w:r>
      <w:proofErr w:type="spellEnd"/>
    </w:p>
    <w:p w:rsidR="00B46F8D" w:rsidRPr="00B46F8D" w:rsidRDefault="00B46F8D" w:rsidP="00B46F8D">
      <w:pPr>
        <w:jc w:val="center"/>
        <w:rPr>
          <w:sz w:val="20"/>
          <w:szCs w:val="20"/>
        </w:rPr>
      </w:pPr>
    </w:p>
    <w:p w:rsidR="00B46F8D" w:rsidRPr="00B46F8D" w:rsidRDefault="00B46F8D" w:rsidP="00B46F8D">
      <w:pPr>
        <w:spacing w:line="240" w:lineRule="auto"/>
        <w:jc w:val="right"/>
        <w:rPr>
          <w:sz w:val="20"/>
          <w:szCs w:val="20"/>
        </w:rPr>
      </w:pPr>
      <w:r w:rsidRPr="00B46F8D">
        <w:rPr>
          <w:sz w:val="20"/>
          <w:szCs w:val="20"/>
        </w:rPr>
        <w:t xml:space="preserve">Data </w:t>
      </w:r>
      <w:proofErr w:type="spellStart"/>
      <w:r w:rsidRPr="00B46F8D">
        <w:rPr>
          <w:sz w:val="20"/>
          <w:szCs w:val="20"/>
        </w:rPr>
        <w:t>zgłosz</w:t>
      </w:r>
      <w:r w:rsidRPr="00B46F8D">
        <w:rPr>
          <w:sz w:val="20"/>
          <w:szCs w:val="20"/>
        </w:rPr>
        <w:t>enia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reklamacji</w:t>
      </w:r>
      <w:proofErr w:type="spellEnd"/>
      <w:r w:rsidRPr="00B46F8D">
        <w:rPr>
          <w:sz w:val="20"/>
          <w:szCs w:val="20"/>
        </w:rPr>
        <w:t xml:space="preserve"> </w:t>
      </w:r>
      <w:r w:rsidRPr="00B46F8D">
        <w:rPr>
          <w:sz w:val="20"/>
          <w:szCs w:val="20"/>
        </w:rPr>
        <w:t>: 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Imię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i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nazwisko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klienta</w:t>
      </w:r>
      <w:proofErr w:type="spellEnd"/>
      <w:r w:rsidRPr="00B46F8D">
        <w:rPr>
          <w:sz w:val="20"/>
          <w:szCs w:val="20"/>
        </w:rPr>
        <w:t xml:space="preserve"> </w:t>
      </w:r>
      <w:r w:rsidRPr="00B46F8D">
        <w:rPr>
          <w:sz w:val="20"/>
          <w:szCs w:val="20"/>
        </w:rPr>
        <w:t>:                                        ____________________________________________________________________________________________________________________________________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Adres</w:t>
      </w:r>
      <w:proofErr w:type="spellEnd"/>
      <w:r w:rsidRPr="00B46F8D">
        <w:rPr>
          <w:sz w:val="20"/>
          <w:szCs w:val="20"/>
        </w:rPr>
        <w:t xml:space="preserve"> e-mail </w:t>
      </w:r>
      <w:proofErr w:type="spellStart"/>
      <w:r w:rsidRPr="00B46F8D">
        <w:rPr>
          <w:sz w:val="20"/>
          <w:szCs w:val="20"/>
        </w:rPr>
        <w:t>klienta</w:t>
      </w:r>
      <w:proofErr w:type="spellEnd"/>
      <w:r w:rsidRPr="00B46F8D">
        <w:rPr>
          <w:sz w:val="20"/>
          <w:szCs w:val="20"/>
        </w:rPr>
        <w:t xml:space="preserve"> 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 xml:space="preserve">___________________________________________________________________________________________________________________________________                                              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Numer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telefonu</w:t>
      </w:r>
      <w:proofErr w:type="spellEnd"/>
      <w:r w:rsidRPr="00B46F8D">
        <w:rPr>
          <w:sz w:val="20"/>
          <w:szCs w:val="20"/>
        </w:rPr>
        <w:t xml:space="preserve"> (</w:t>
      </w:r>
      <w:proofErr w:type="spellStart"/>
      <w:r w:rsidRPr="00B46F8D">
        <w:rPr>
          <w:sz w:val="20"/>
          <w:szCs w:val="20"/>
        </w:rPr>
        <w:t>opcjonalnie</w:t>
      </w:r>
      <w:proofErr w:type="spellEnd"/>
      <w:r w:rsidRPr="00B46F8D">
        <w:rPr>
          <w:sz w:val="20"/>
          <w:szCs w:val="20"/>
        </w:rPr>
        <w:t>) 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Numer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zamówienia</w:t>
      </w:r>
      <w:proofErr w:type="spellEnd"/>
      <w:r w:rsidRPr="00B46F8D">
        <w:rPr>
          <w:sz w:val="20"/>
          <w:szCs w:val="20"/>
        </w:rPr>
        <w:t xml:space="preserve"> 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 xml:space="preserve">Data </w:t>
      </w:r>
      <w:proofErr w:type="spellStart"/>
      <w:r w:rsidRPr="00B46F8D">
        <w:rPr>
          <w:sz w:val="20"/>
          <w:szCs w:val="20"/>
        </w:rPr>
        <w:t>zakupu</w:t>
      </w:r>
      <w:proofErr w:type="spellEnd"/>
      <w:r w:rsidRPr="00B46F8D">
        <w:rPr>
          <w:sz w:val="20"/>
          <w:szCs w:val="20"/>
        </w:rPr>
        <w:t xml:space="preserve"> 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 xml:space="preserve">___________________________________________________________________________________________________________________________________                                                     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 xml:space="preserve">Data </w:t>
      </w:r>
      <w:proofErr w:type="spellStart"/>
      <w:r w:rsidRPr="00B46F8D">
        <w:rPr>
          <w:sz w:val="20"/>
          <w:szCs w:val="20"/>
        </w:rPr>
        <w:t>otrzymania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produktu</w:t>
      </w:r>
      <w:proofErr w:type="spellEnd"/>
      <w:r w:rsidRPr="00B46F8D">
        <w:rPr>
          <w:sz w:val="20"/>
          <w:szCs w:val="20"/>
        </w:rPr>
        <w:t xml:space="preserve"> : 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Nazwa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reklamowanego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produktu</w:t>
      </w:r>
      <w:proofErr w:type="spellEnd"/>
      <w:r w:rsidRPr="00B46F8D">
        <w:rPr>
          <w:sz w:val="20"/>
          <w:szCs w:val="20"/>
        </w:rPr>
        <w:t xml:space="preserve"> : 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Opis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wady</w:t>
      </w:r>
      <w:proofErr w:type="spellEnd"/>
      <w:r w:rsidRPr="00B46F8D">
        <w:rPr>
          <w:sz w:val="20"/>
          <w:szCs w:val="20"/>
        </w:rPr>
        <w:t xml:space="preserve"> / </w:t>
      </w:r>
      <w:proofErr w:type="spellStart"/>
      <w:r w:rsidRPr="00B46F8D">
        <w:rPr>
          <w:sz w:val="20"/>
          <w:szCs w:val="20"/>
        </w:rPr>
        <w:t>niezgodności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towaru</w:t>
      </w:r>
      <w:proofErr w:type="spellEnd"/>
      <w:r w:rsidRPr="00B46F8D">
        <w:rPr>
          <w:sz w:val="20"/>
          <w:szCs w:val="20"/>
        </w:rPr>
        <w:t xml:space="preserve"> z </w:t>
      </w:r>
      <w:proofErr w:type="spellStart"/>
      <w:r w:rsidRPr="00B46F8D">
        <w:rPr>
          <w:sz w:val="20"/>
          <w:szCs w:val="20"/>
        </w:rPr>
        <w:t>umową</w:t>
      </w:r>
      <w:proofErr w:type="spellEnd"/>
      <w:r w:rsidRPr="00B46F8D">
        <w:rPr>
          <w:sz w:val="20"/>
          <w:szCs w:val="20"/>
        </w:rPr>
        <w:t xml:space="preserve"> </w:t>
      </w:r>
      <w:r w:rsidRPr="00B46F8D">
        <w:rPr>
          <w:sz w:val="20"/>
          <w:szCs w:val="20"/>
        </w:rPr>
        <w:t>:</w:t>
      </w:r>
    </w:p>
    <w:p w:rsidR="00B46F8D" w:rsidRPr="00B46F8D" w:rsidRDefault="00B46F8D" w:rsidP="00B46F8D">
      <w:pPr>
        <w:rPr>
          <w:sz w:val="20"/>
          <w:szCs w:val="20"/>
        </w:rPr>
      </w:pP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Kiedy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wada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została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zauważona</w:t>
      </w:r>
      <w:proofErr w:type="spellEnd"/>
      <w:r w:rsidRPr="00B46F8D">
        <w:rPr>
          <w:sz w:val="20"/>
          <w:szCs w:val="20"/>
        </w:rPr>
        <w:t xml:space="preserve"> </w:t>
      </w:r>
      <w:r w:rsidRPr="00B46F8D">
        <w:rPr>
          <w:sz w:val="20"/>
          <w:szCs w:val="20"/>
        </w:rPr>
        <w:t>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___________________________________________________________________________________________________________________________________</w:t>
      </w:r>
    </w:p>
    <w:p w:rsidR="00B46F8D" w:rsidRPr="00B46F8D" w:rsidRDefault="00B46F8D" w:rsidP="00B46F8D">
      <w:pPr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Żądanie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klienta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zgodnie</w:t>
      </w:r>
      <w:proofErr w:type="spellEnd"/>
      <w:r w:rsidRPr="00B46F8D">
        <w:rPr>
          <w:sz w:val="20"/>
          <w:szCs w:val="20"/>
        </w:rPr>
        <w:t xml:space="preserve"> z </w:t>
      </w:r>
      <w:proofErr w:type="spellStart"/>
      <w:r w:rsidRPr="00B46F8D">
        <w:rPr>
          <w:sz w:val="20"/>
          <w:szCs w:val="20"/>
        </w:rPr>
        <w:t>rękojmią</w:t>
      </w:r>
      <w:proofErr w:type="spellEnd"/>
      <w:r w:rsidRPr="00B46F8D">
        <w:rPr>
          <w:sz w:val="20"/>
          <w:szCs w:val="20"/>
        </w:rPr>
        <w:t xml:space="preserve"> (</w:t>
      </w:r>
      <w:proofErr w:type="spellStart"/>
      <w:r w:rsidRPr="00B46F8D">
        <w:rPr>
          <w:sz w:val="20"/>
          <w:szCs w:val="20"/>
        </w:rPr>
        <w:t>proszę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zaznaczyć</w:t>
      </w:r>
      <w:proofErr w:type="spellEnd"/>
      <w:r w:rsidRPr="00B46F8D">
        <w:rPr>
          <w:sz w:val="20"/>
          <w:szCs w:val="20"/>
        </w:rPr>
        <w:t>):</w:t>
      </w:r>
    </w:p>
    <w:p w:rsidR="00B46F8D" w:rsidRPr="00B46F8D" w:rsidRDefault="00B46F8D" w:rsidP="00B46F8D">
      <w:pPr>
        <w:rPr>
          <w:sz w:val="20"/>
          <w:szCs w:val="20"/>
        </w:rPr>
      </w:pPr>
      <w:r w:rsidRPr="00B46F8D">
        <w:rPr>
          <w:rFonts w:ascii="Segoe UI Symbol" w:hAnsi="Segoe UI Symbol" w:cs="Segoe UI Symbol"/>
          <w:sz w:val="20"/>
          <w:szCs w:val="20"/>
        </w:rPr>
        <w:t>⭘</w:t>
      </w:r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Wymiana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na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nowy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egzemplarz</w:t>
      </w:r>
      <w:proofErr w:type="spellEnd"/>
    </w:p>
    <w:p w:rsidR="00B46F8D" w:rsidRPr="00B46F8D" w:rsidRDefault="00B46F8D" w:rsidP="00B46F8D">
      <w:pPr>
        <w:rPr>
          <w:sz w:val="20"/>
          <w:szCs w:val="20"/>
        </w:rPr>
      </w:pPr>
      <w:r w:rsidRPr="00B46F8D">
        <w:rPr>
          <w:rFonts w:ascii="Segoe UI Symbol" w:hAnsi="Segoe UI Symbol" w:cs="Segoe UI Symbol"/>
          <w:sz w:val="20"/>
          <w:szCs w:val="20"/>
        </w:rPr>
        <w:t>⭘</w:t>
      </w:r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Odstąpienie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od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umowy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i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zwrot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pieniędzy</w:t>
      </w:r>
      <w:proofErr w:type="spellEnd"/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</w:p>
    <w:p w:rsidR="00B46F8D" w:rsidRPr="00B46F8D" w:rsidRDefault="00B46F8D" w:rsidP="00B46F8D">
      <w:pPr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Proszę</w:t>
      </w:r>
      <w:proofErr w:type="spellEnd"/>
      <w:r w:rsidRPr="00B46F8D">
        <w:rPr>
          <w:sz w:val="20"/>
          <w:szCs w:val="20"/>
        </w:rPr>
        <w:t xml:space="preserve"> o </w:t>
      </w:r>
      <w:proofErr w:type="spellStart"/>
      <w:r w:rsidRPr="00B46F8D">
        <w:rPr>
          <w:sz w:val="20"/>
          <w:szCs w:val="20"/>
        </w:rPr>
        <w:t>zwrot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środków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na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konto</w:t>
      </w:r>
      <w:proofErr w:type="spellEnd"/>
      <w:r w:rsidRPr="00B46F8D">
        <w:rPr>
          <w:sz w:val="20"/>
          <w:szCs w:val="20"/>
        </w:rPr>
        <w:t xml:space="preserve"> (w </w:t>
      </w:r>
      <w:proofErr w:type="spellStart"/>
      <w:r w:rsidRPr="00B46F8D">
        <w:rPr>
          <w:sz w:val="20"/>
          <w:szCs w:val="20"/>
        </w:rPr>
        <w:t>przypadku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uznania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roszczenia</w:t>
      </w:r>
      <w:proofErr w:type="spellEnd"/>
      <w:r w:rsidRPr="00B46F8D">
        <w:rPr>
          <w:sz w:val="20"/>
          <w:szCs w:val="20"/>
        </w:rPr>
        <w:t>):</w:t>
      </w:r>
    </w:p>
    <w:p w:rsidR="00B46F8D" w:rsidRPr="00B46F8D" w:rsidRDefault="00B46F8D" w:rsidP="00B46F8D">
      <w:pPr>
        <w:pBdr>
          <w:bottom w:val="single" w:sz="12" w:space="1" w:color="auto"/>
        </w:pBdr>
        <w:spacing w:line="240" w:lineRule="auto"/>
        <w:rPr>
          <w:sz w:val="20"/>
          <w:szCs w:val="20"/>
        </w:rPr>
      </w:pPr>
      <w:proofErr w:type="spellStart"/>
      <w:r w:rsidRPr="00B46F8D">
        <w:rPr>
          <w:sz w:val="20"/>
          <w:szCs w:val="20"/>
        </w:rPr>
        <w:t>Numer</w:t>
      </w:r>
      <w:proofErr w:type="spellEnd"/>
      <w:r w:rsidRPr="00B46F8D">
        <w:rPr>
          <w:sz w:val="20"/>
          <w:szCs w:val="20"/>
        </w:rPr>
        <w:t xml:space="preserve"> </w:t>
      </w:r>
      <w:proofErr w:type="spellStart"/>
      <w:r w:rsidRPr="00B46F8D">
        <w:rPr>
          <w:sz w:val="20"/>
          <w:szCs w:val="20"/>
        </w:rPr>
        <w:t>konta</w:t>
      </w:r>
      <w:proofErr w:type="spellEnd"/>
      <w:r w:rsidRPr="00B46F8D">
        <w:rPr>
          <w:sz w:val="20"/>
          <w:szCs w:val="20"/>
        </w:rPr>
        <w:t xml:space="preserve"> (IBAN) :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 xml:space="preserve">Dane do </w:t>
      </w:r>
      <w:proofErr w:type="spellStart"/>
      <w:r w:rsidRPr="00B46F8D">
        <w:rPr>
          <w:sz w:val="20"/>
          <w:szCs w:val="20"/>
        </w:rPr>
        <w:t>przelewu</w:t>
      </w:r>
      <w:proofErr w:type="spellEnd"/>
      <w:r w:rsidRPr="00B46F8D">
        <w:rPr>
          <w:sz w:val="20"/>
          <w:szCs w:val="20"/>
        </w:rPr>
        <w:t xml:space="preserve"> : </w:t>
      </w:r>
    </w:p>
    <w:p w:rsidR="00B46F8D" w:rsidRPr="00B46F8D" w:rsidRDefault="00B46F8D" w:rsidP="00B46F8D">
      <w:pPr>
        <w:spacing w:line="240" w:lineRule="auto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</w:p>
    <w:p w:rsidR="00B46F8D" w:rsidRDefault="00B46F8D" w:rsidP="00B46F8D">
      <w:pPr>
        <w:spacing w:line="240" w:lineRule="auto"/>
        <w:jc w:val="right"/>
        <w:rPr>
          <w:sz w:val="20"/>
          <w:szCs w:val="20"/>
        </w:rPr>
      </w:pPr>
    </w:p>
    <w:p w:rsidR="00C810F6" w:rsidRPr="00B46F8D" w:rsidRDefault="00B46F8D" w:rsidP="00B46F8D">
      <w:pPr>
        <w:spacing w:line="240" w:lineRule="auto"/>
        <w:jc w:val="right"/>
        <w:rPr>
          <w:sz w:val="20"/>
          <w:szCs w:val="20"/>
        </w:rPr>
      </w:pPr>
      <w:r w:rsidRPr="00B46F8D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br/>
      </w:r>
      <w:proofErr w:type="spellStart"/>
      <w:r w:rsidRPr="00B46F8D">
        <w:rPr>
          <w:sz w:val="20"/>
          <w:szCs w:val="20"/>
        </w:rPr>
        <w:t>Podpis</w:t>
      </w:r>
      <w:proofErr w:type="spellEnd"/>
      <w:r w:rsidRPr="00B46F8D">
        <w:rPr>
          <w:sz w:val="20"/>
          <w:szCs w:val="20"/>
        </w:rPr>
        <w:t xml:space="preserve"> (</w:t>
      </w:r>
      <w:proofErr w:type="spellStart"/>
      <w:r w:rsidRPr="00B46F8D">
        <w:rPr>
          <w:sz w:val="20"/>
          <w:szCs w:val="20"/>
        </w:rPr>
        <w:t>jeś</w:t>
      </w:r>
      <w:r>
        <w:rPr>
          <w:sz w:val="20"/>
          <w:szCs w:val="20"/>
        </w:rPr>
        <w:t>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wysyłane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formie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papierowej</w:t>
      </w:r>
      <w:bookmarkStart w:id="0" w:name="_GoBack"/>
      <w:bookmarkEnd w:id="0"/>
      <w:proofErr w:type="spellEnd"/>
    </w:p>
    <w:sectPr w:rsidR="00C810F6" w:rsidRPr="00B46F8D" w:rsidSect="00B46F8D">
      <w:pgSz w:w="12240" w:h="15840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6F8D"/>
    <w:rsid w:val="00B47730"/>
    <w:rsid w:val="00C810F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863E6"/>
  <w14:defaultImageDpi w14:val="300"/>
  <w15:docId w15:val="{728E588E-F813-4B75-933D-89D69391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DB148C-BD77-4765-9831-0E799CB1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2025-12-05T16:13:00Z</dcterms:modified>
  <cp:category/>
</cp:coreProperties>
</file>