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57" w:rsidRDefault="00E43489" w:rsidP="00E43489">
      <w:pPr>
        <w:pStyle w:val="Nagwek1"/>
        <w:jc w:val="center"/>
        <w:rPr>
          <w:color w:val="000000" w:themeColor="text1"/>
          <w:sz w:val="36"/>
        </w:rPr>
      </w:pPr>
      <w:r w:rsidRPr="00E43489">
        <w:rPr>
          <w:color w:val="000000" w:themeColor="text1"/>
          <w:sz w:val="36"/>
        </w:rPr>
        <w:t>Oświadczenie o odstąpieniu od umowy (zwrot towaru)</w:t>
      </w:r>
    </w:p>
    <w:p w:rsidR="00E43489" w:rsidRPr="00E43489" w:rsidRDefault="00E43489" w:rsidP="00E43489"/>
    <w:p w:rsidR="00E43489" w:rsidRPr="00E43489" w:rsidRDefault="00E43489" w:rsidP="00E43489">
      <w:pPr>
        <w:spacing w:line="240" w:lineRule="auto"/>
        <w:jc w:val="right"/>
      </w:pPr>
      <w:r>
        <w:t xml:space="preserve">Data </w:t>
      </w:r>
      <w:proofErr w:type="spellStart"/>
      <w:r>
        <w:t>złożenia</w:t>
      </w:r>
      <w:proofErr w:type="spellEnd"/>
      <w:r>
        <w:t xml:space="preserve"> oświadczenia: ______________________________</w:t>
      </w:r>
    </w:p>
    <w:p w:rsidR="00E43489" w:rsidRPr="00E43489" w:rsidRDefault="00E43489" w:rsidP="00E43489">
      <w:pPr>
        <w:spacing w:line="240" w:lineRule="auto"/>
      </w:pPr>
    </w:p>
    <w:p w:rsidR="00E43489" w:rsidRDefault="00E43489" w:rsidP="00E43489">
      <w:pPr>
        <w:spacing w:line="240" w:lineRule="auto"/>
      </w:pPr>
      <w:r>
        <w:t>Imię i nazwisko klienta:                                        ____________________________________________________________________________________________________________________________________</w:t>
      </w:r>
    </w:p>
    <w:p w:rsidR="00650657" w:rsidRDefault="00E43489" w:rsidP="00E43489">
      <w:pPr>
        <w:spacing w:line="240" w:lineRule="auto"/>
      </w:pPr>
      <w:proofErr w:type="spellStart"/>
      <w:r>
        <w:t>Adres</w:t>
      </w:r>
      <w:proofErr w:type="spellEnd"/>
      <w:r>
        <w:t xml:space="preserve"> e-mail </w:t>
      </w:r>
      <w:proofErr w:type="spellStart"/>
      <w:r>
        <w:t>klienta</w:t>
      </w:r>
      <w:proofErr w:type="spellEnd"/>
      <w:r>
        <w:t xml:space="preserve"> :</w:t>
      </w:r>
    </w:p>
    <w:p w:rsidR="00E43489" w:rsidRDefault="00E43489" w:rsidP="00E43489">
      <w:pPr>
        <w:spacing w:line="240" w:lineRule="auto"/>
      </w:pPr>
      <w:r>
        <w:t xml:space="preserve">___________________________________________________________________________________________________________________________________                                              </w:t>
      </w:r>
    </w:p>
    <w:p w:rsidR="00650657" w:rsidRDefault="00E43489" w:rsidP="00E43489">
      <w:pPr>
        <w:spacing w:line="240" w:lineRule="auto"/>
      </w:pP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(</w:t>
      </w:r>
      <w:proofErr w:type="spellStart"/>
      <w:r>
        <w:t>opcjonalnie</w:t>
      </w:r>
      <w:proofErr w:type="spellEnd"/>
      <w:r>
        <w:t>) :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650657" w:rsidRDefault="00E43489" w:rsidP="00E43489">
      <w:pPr>
        <w:spacing w:line="240" w:lineRule="auto"/>
      </w:pPr>
      <w:proofErr w:type="spellStart"/>
      <w:r>
        <w:t>Numer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: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650657" w:rsidRDefault="00E43489" w:rsidP="00E43489">
      <w:pPr>
        <w:spacing w:line="240" w:lineRule="auto"/>
      </w:pPr>
      <w:r>
        <w:t xml:space="preserve">Data </w:t>
      </w:r>
      <w:proofErr w:type="spellStart"/>
      <w:r>
        <w:t>zakupu</w:t>
      </w:r>
      <w:proofErr w:type="spellEnd"/>
      <w:r>
        <w:t xml:space="preserve"> :</w:t>
      </w:r>
    </w:p>
    <w:p w:rsidR="00E43489" w:rsidRDefault="00E43489" w:rsidP="00E43489">
      <w:pPr>
        <w:spacing w:line="240" w:lineRule="auto"/>
      </w:pPr>
      <w:r>
        <w:t xml:space="preserve">___________________________________________________________________________________________________________________________________                                                     </w:t>
      </w:r>
    </w:p>
    <w:p w:rsidR="00650657" w:rsidRDefault="00E43489" w:rsidP="00E43489">
      <w:pPr>
        <w:spacing w:line="240" w:lineRule="auto"/>
      </w:pPr>
      <w:r>
        <w:t xml:space="preserve">Data </w:t>
      </w:r>
      <w:proofErr w:type="spellStart"/>
      <w:r>
        <w:t>otrzymania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: 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650657" w:rsidRDefault="00E43489" w:rsidP="00E43489">
      <w:pPr>
        <w:spacing w:line="240" w:lineRule="auto"/>
      </w:pPr>
      <w:proofErr w:type="spellStart"/>
      <w:r>
        <w:t>Nazwa</w:t>
      </w:r>
      <w:proofErr w:type="spellEnd"/>
      <w:r>
        <w:t xml:space="preserve"> </w:t>
      </w:r>
      <w:proofErr w:type="spellStart"/>
      <w:r>
        <w:t>zwracanego</w:t>
      </w:r>
      <w:proofErr w:type="spellEnd"/>
      <w:r>
        <w:t xml:space="preserve"> </w:t>
      </w:r>
      <w:proofErr w:type="spellStart"/>
      <w:r>
        <w:t>produktu</w:t>
      </w:r>
      <w:proofErr w:type="spellEnd"/>
      <w:r>
        <w:t xml:space="preserve"> : 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650657" w:rsidRDefault="00E43489" w:rsidP="00E43489">
      <w:pPr>
        <w:spacing w:line="240" w:lineRule="auto"/>
      </w:pPr>
      <w:proofErr w:type="spellStart"/>
      <w:r>
        <w:t>Powód</w:t>
      </w:r>
      <w:proofErr w:type="spellEnd"/>
      <w:r>
        <w:t xml:space="preserve"> </w:t>
      </w:r>
      <w:proofErr w:type="spellStart"/>
      <w:r>
        <w:t>zwrotu</w:t>
      </w:r>
      <w:proofErr w:type="spellEnd"/>
      <w:r>
        <w:t xml:space="preserve"> (</w:t>
      </w:r>
      <w:proofErr w:type="spellStart"/>
      <w:r>
        <w:t>opcjonalnie</w:t>
      </w:r>
      <w:proofErr w:type="spellEnd"/>
      <w:r>
        <w:t xml:space="preserve">) : 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E43489" w:rsidRDefault="00E43489" w:rsidP="00E43489">
      <w:pPr>
        <w:spacing w:line="240" w:lineRule="auto"/>
      </w:pPr>
    </w:p>
    <w:p w:rsidR="00650657" w:rsidRDefault="00E43489" w:rsidP="00E43489">
      <w:pPr>
        <w:spacing w:line="240" w:lineRule="auto"/>
      </w:pPr>
      <w:r>
        <w:t>Oświadczam, że odstępuję od umowy sprzedaży zgodnie z Ustawą o prawach konsumenta.</w:t>
      </w:r>
    </w:p>
    <w:p w:rsidR="00650657" w:rsidRDefault="00E43489" w:rsidP="00E43489">
      <w:pPr>
        <w:spacing w:line="240" w:lineRule="auto"/>
      </w:pPr>
      <w:r>
        <w:t>Proszę o zwrot środków na następujący numer konta bankowego:</w:t>
      </w:r>
    </w:p>
    <w:p w:rsidR="00650657" w:rsidRDefault="00E43489" w:rsidP="00E43489">
      <w:pPr>
        <w:pBdr>
          <w:bottom w:val="single" w:sz="12" w:space="1" w:color="auto"/>
        </w:pBdr>
        <w:spacing w:line="240" w:lineRule="auto"/>
      </w:pPr>
      <w:proofErr w:type="spellStart"/>
      <w:r>
        <w:t>Numer</w:t>
      </w:r>
      <w:proofErr w:type="spellEnd"/>
      <w:r>
        <w:t xml:space="preserve"> </w:t>
      </w:r>
      <w:proofErr w:type="spellStart"/>
      <w:r>
        <w:t>konta</w:t>
      </w:r>
      <w:proofErr w:type="spellEnd"/>
      <w:r>
        <w:t xml:space="preserve"> (IBAN) :</w:t>
      </w:r>
    </w:p>
    <w:p w:rsidR="00E43489" w:rsidRDefault="00182CFE" w:rsidP="00E43489">
      <w:pPr>
        <w:spacing w:line="240" w:lineRule="auto"/>
      </w:pPr>
      <w:r>
        <w:t>Dane do przelewu</w:t>
      </w:r>
      <w:bookmarkStart w:id="0" w:name="_GoBack"/>
      <w:bookmarkEnd w:id="0"/>
      <w:r w:rsidR="00E43489">
        <w:t xml:space="preserve"> : </w:t>
      </w:r>
    </w:p>
    <w:p w:rsidR="00E43489" w:rsidRDefault="00E43489" w:rsidP="00E43489">
      <w:pPr>
        <w:spacing w:line="240" w:lineRule="auto"/>
      </w:pPr>
      <w:r>
        <w:t>___________________________________________________________________________________________________________________________________</w:t>
      </w:r>
    </w:p>
    <w:p w:rsidR="00E43489" w:rsidRDefault="00E43489" w:rsidP="00E43489">
      <w:pPr>
        <w:spacing w:line="240" w:lineRule="auto"/>
      </w:pPr>
    </w:p>
    <w:p w:rsidR="00E43489" w:rsidRDefault="00E43489" w:rsidP="00E43489">
      <w:pPr>
        <w:spacing w:line="240" w:lineRule="auto"/>
      </w:pPr>
    </w:p>
    <w:p w:rsidR="00E43489" w:rsidRDefault="00E43489" w:rsidP="00E43489">
      <w:pPr>
        <w:spacing w:line="240" w:lineRule="auto"/>
        <w:jc w:val="right"/>
      </w:pPr>
      <w:r>
        <w:t>_________________________________________________________</w:t>
      </w:r>
    </w:p>
    <w:p w:rsidR="00650657" w:rsidRDefault="00E43489" w:rsidP="00E43489">
      <w:pPr>
        <w:spacing w:line="240" w:lineRule="auto"/>
        <w:jc w:val="right"/>
      </w:pPr>
      <w:proofErr w:type="spellStart"/>
      <w:r>
        <w:t>Podpis</w:t>
      </w:r>
      <w:proofErr w:type="spellEnd"/>
      <w:r>
        <w:t xml:space="preserve"> (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wysyłane</w:t>
      </w:r>
      <w:proofErr w:type="spellEnd"/>
      <w:r>
        <w:t xml:space="preserve"> w formie papierowej)</w:t>
      </w:r>
    </w:p>
    <w:sectPr w:rsidR="00650657" w:rsidSect="00E434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2CFE"/>
    <w:rsid w:val="0029639D"/>
    <w:rsid w:val="00326F90"/>
    <w:rsid w:val="00650657"/>
    <w:rsid w:val="00AA1D8D"/>
    <w:rsid w:val="00B47730"/>
    <w:rsid w:val="00CB0664"/>
    <w:rsid w:val="00E434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044E7"/>
  <w14:defaultImageDpi w14:val="300"/>
  <w15:docId w15:val="{02253794-0876-48C6-8710-47F0B5F2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BE46C6-F1DA-46E1-BA4E-F06E754C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2025-12-05T16:11:00Z</dcterms:modified>
  <cp:category/>
</cp:coreProperties>
</file>